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079E" w:rsidRDefault="00BC079E" w:rsidP="00BC079E">
      <w:pPr>
        <w:spacing w:after="0" w:line="240" w:lineRule="auto"/>
        <w:rPr>
          <w:i/>
        </w:rPr>
      </w:pPr>
      <w:r>
        <w:rPr>
          <w:i/>
        </w:rPr>
        <w:t>________________________________________</w:t>
      </w:r>
    </w:p>
    <w:p w:rsidR="00BC079E" w:rsidRDefault="00BC079E" w:rsidP="00BC079E">
      <w:pPr>
        <w:spacing w:after="0" w:line="240" w:lineRule="auto"/>
        <w:rPr>
          <w:i/>
        </w:rPr>
      </w:pPr>
      <w:r>
        <w:rPr>
          <w:i/>
        </w:rPr>
        <w:t xml:space="preserve">                     </w:t>
      </w:r>
      <w:proofErr w:type="spellStart"/>
      <w:r w:rsidR="00121A7A">
        <w:rPr>
          <w:i/>
        </w:rPr>
        <w:t>Ime</w:t>
      </w:r>
      <w:proofErr w:type="spellEnd"/>
      <w:r w:rsidR="00121A7A">
        <w:rPr>
          <w:i/>
        </w:rPr>
        <w:t xml:space="preserve"> </w:t>
      </w:r>
      <w:proofErr w:type="spellStart"/>
      <w:r w:rsidR="00121A7A">
        <w:rPr>
          <w:i/>
        </w:rPr>
        <w:t>i</w:t>
      </w:r>
      <w:proofErr w:type="spellEnd"/>
      <w:r w:rsidR="00121A7A">
        <w:rPr>
          <w:i/>
        </w:rPr>
        <w:t xml:space="preserve"> </w:t>
      </w:r>
      <w:proofErr w:type="spellStart"/>
      <w:r w:rsidR="00121A7A">
        <w:rPr>
          <w:i/>
        </w:rPr>
        <w:t>prezime</w:t>
      </w:r>
      <w:proofErr w:type="spellEnd"/>
      <w:r w:rsidR="00121A7A">
        <w:rPr>
          <w:i/>
        </w:rPr>
        <w:t xml:space="preserve"> </w:t>
      </w:r>
      <w:proofErr w:type="spellStart"/>
      <w:r w:rsidR="00121A7A">
        <w:rPr>
          <w:i/>
        </w:rPr>
        <w:t>radnika</w:t>
      </w:r>
      <w:proofErr w:type="spellEnd"/>
    </w:p>
    <w:p w:rsidR="00BC079E" w:rsidRDefault="00BC079E" w:rsidP="00BC079E">
      <w:pPr>
        <w:spacing w:after="0" w:line="240" w:lineRule="auto"/>
        <w:rPr>
          <w:i/>
        </w:rPr>
      </w:pPr>
    </w:p>
    <w:p w:rsidR="00BC079E" w:rsidRDefault="00BC079E" w:rsidP="00BC079E">
      <w:pPr>
        <w:spacing w:after="0" w:line="240" w:lineRule="auto"/>
        <w:rPr>
          <w:i/>
        </w:rPr>
      </w:pPr>
      <w:r>
        <w:rPr>
          <w:i/>
        </w:rPr>
        <w:t xml:space="preserve">________________________________________   </w:t>
      </w:r>
    </w:p>
    <w:p w:rsidR="00BC079E" w:rsidRDefault="00BC079E" w:rsidP="00BC079E">
      <w:pPr>
        <w:spacing w:after="0" w:line="240" w:lineRule="auto"/>
        <w:rPr>
          <w:i/>
        </w:rPr>
      </w:pPr>
      <w:r>
        <w:rPr>
          <w:i/>
        </w:rPr>
        <w:t xml:space="preserve">                        </w:t>
      </w:r>
      <w:proofErr w:type="spellStart"/>
      <w:r w:rsidR="00121A7A">
        <w:rPr>
          <w:i/>
        </w:rPr>
        <w:t>Adresa</w:t>
      </w:r>
      <w:proofErr w:type="spellEnd"/>
      <w:r w:rsidR="00121A7A">
        <w:rPr>
          <w:i/>
        </w:rPr>
        <w:t xml:space="preserve"> </w:t>
      </w:r>
      <w:proofErr w:type="spellStart"/>
      <w:r w:rsidR="00121A7A">
        <w:rPr>
          <w:i/>
        </w:rPr>
        <w:t>stanovanja</w:t>
      </w:r>
      <w:proofErr w:type="spellEnd"/>
    </w:p>
    <w:p w:rsidR="00BC079E" w:rsidRDefault="00BC079E" w:rsidP="00BC079E">
      <w:pPr>
        <w:spacing w:after="0" w:line="240" w:lineRule="auto"/>
        <w:rPr>
          <w:i/>
        </w:rPr>
      </w:pPr>
    </w:p>
    <w:p w:rsidR="00BC079E" w:rsidRDefault="00BC079E" w:rsidP="00BC079E">
      <w:pPr>
        <w:spacing w:after="0" w:line="240" w:lineRule="auto"/>
        <w:rPr>
          <w:i/>
        </w:rPr>
      </w:pPr>
      <w:r>
        <w:rPr>
          <w:i/>
        </w:rPr>
        <w:t>________________________________________</w:t>
      </w:r>
      <w:r w:rsidR="00121A7A">
        <w:rPr>
          <w:i/>
        </w:rPr>
        <w:br/>
      </w:r>
      <w:r>
        <w:rPr>
          <w:i/>
        </w:rPr>
        <w:t xml:space="preserve">                  </w:t>
      </w:r>
      <w:proofErr w:type="spellStart"/>
      <w:r w:rsidR="00121A7A">
        <w:rPr>
          <w:i/>
        </w:rPr>
        <w:t>Broj</w:t>
      </w:r>
      <w:proofErr w:type="spellEnd"/>
      <w:r w:rsidR="00121A7A">
        <w:rPr>
          <w:i/>
        </w:rPr>
        <w:t xml:space="preserve"> </w:t>
      </w:r>
      <w:proofErr w:type="spellStart"/>
      <w:r w:rsidR="00121A7A">
        <w:rPr>
          <w:i/>
        </w:rPr>
        <w:t>telefona</w:t>
      </w:r>
      <w:proofErr w:type="spellEnd"/>
      <w:r w:rsidR="00121A7A">
        <w:rPr>
          <w:i/>
        </w:rPr>
        <w:t xml:space="preserve"> / E-mail </w:t>
      </w:r>
      <w:proofErr w:type="spellStart"/>
      <w:r w:rsidR="00121A7A">
        <w:rPr>
          <w:i/>
        </w:rPr>
        <w:t>adresa</w:t>
      </w:r>
      <w:proofErr w:type="spellEnd"/>
    </w:p>
    <w:p w:rsidR="00BC079E" w:rsidRDefault="00BC079E" w:rsidP="00BC079E">
      <w:pPr>
        <w:spacing w:after="0" w:line="240" w:lineRule="auto"/>
        <w:rPr>
          <w:i/>
        </w:rPr>
      </w:pPr>
    </w:p>
    <w:p w:rsidR="00E17B5E" w:rsidRDefault="00BC079E" w:rsidP="00BC079E">
      <w:pPr>
        <w:spacing w:after="0" w:line="240" w:lineRule="auto"/>
        <w:rPr>
          <w:i/>
        </w:rPr>
      </w:pPr>
      <w:r>
        <w:rPr>
          <w:i/>
        </w:rPr>
        <w:t>________________________________________</w:t>
      </w:r>
      <w:r w:rsidR="00121A7A">
        <w:rPr>
          <w:i/>
        </w:rPr>
        <w:br/>
      </w:r>
      <w:r>
        <w:rPr>
          <w:i/>
        </w:rPr>
        <w:t xml:space="preserve">    </w:t>
      </w:r>
      <w:proofErr w:type="spellStart"/>
      <w:r w:rsidR="00121A7A">
        <w:rPr>
          <w:i/>
        </w:rPr>
        <w:t>Radno</w:t>
      </w:r>
      <w:proofErr w:type="spellEnd"/>
      <w:r w:rsidR="00121A7A">
        <w:rPr>
          <w:i/>
        </w:rPr>
        <w:t xml:space="preserve"> </w:t>
      </w:r>
      <w:proofErr w:type="spellStart"/>
      <w:r w:rsidR="00121A7A">
        <w:rPr>
          <w:i/>
        </w:rPr>
        <w:t>mjesto</w:t>
      </w:r>
      <w:proofErr w:type="spellEnd"/>
      <w:r w:rsidR="00121A7A">
        <w:rPr>
          <w:i/>
        </w:rPr>
        <w:t xml:space="preserve"> / </w:t>
      </w:r>
      <w:proofErr w:type="spellStart"/>
      <w:r w:rsidR="00121A7A">
        <w:rPr>
          <w:i/>
        </w:rPr>
        <w:t>Poslovi</w:t>
      </w:r>
      <w:proofErr w:type="spellEnd"/>
      <w:r w:rsidR="00121A7A">
        <w:rPr>
          <w:i/>
        </w:rPr>
        <w:t xml:space="preserve"> </w:t>
      </w:r>
      <w:proofErr w:type="spellStart"/>
      <w:r w:rsidR="00121A7A">
        <w:rPr>
          <w:i/>
        </w:rPr>
        <w:t>koje</w:t>
      </w:r>
      <w:proofErr w:type="spellEnd"/>
      <w:r w:rsidR="00121A7A">
        <w:rPr>
          <w:i/>
        </w:rPr>
        <w:t xml:space="preserve"> </w:t>
      </w:r>
      <w:proofErr w:type="spellStart"/>
      <w:r w:rsidR="00121A7A">
        <w:rPr>
          <w:i/>
        </w:rPr>
        <w:t>obavlja</w:t>
      </w:r>
      <w:proofErr w:type="spellEnd"/>
      <w:r w:rsidR="00121A7A">
        <w:rPr>
          <w:i/>
        </w:rPr>
        <w:t xml:space="preserve"> u </w:t>
      </w:r>
      <w:proofErr w:type="spellStart"/>
      <w:r w:rsidR="00121A7A">
        <w:rPr>
          <w:i/>
        </w:rPr>
        <w:t>školi</w:t>
      </w:r>
      <w:proofErr w:type="spellEnd"/>
    </w:p>
    <w:p w:rsidR="00BC079E" w:rsidRDefault="00BC079E" w:rsidP="00BC079E">
      <w:pPr>
        <w:spacing w:after="0" w:line="240" w:lineRule="auto"/>
      </w:pPr>
    </w:p>
    <w:p w:rsidR="00121A7A" w:rsidRDefault="00121A7A" w:rsidP="00BC079E">
      <w:pPr>
        <w:spacing w:after="0" w:line="240" w:lineRule="auto"/>
        <w:jc w:val="right"/>
        <w:rPr>
          <w:b/>
        </w:rPr>
      </w:pPr>
      <w:r>
        <w:rPr>
          <w:b/>
        </w:rPr>
        <w:t xml:space="preserve">OSNOVNA ŠKOLA </w:t>
      </w:r>
      <w:proofErr w:type="spellStart"/>
      <w:r>
        <w:rPr>
          <w:b/>
        </w:rPr>
        <w:t>Gradište</w:t>
      </w:r>
      <w:proofErr w:type="spellEnd"/>
    </w:p>
    <w:p w:rsidR="00BC079E" w:rsidRDefault="00121A7A" w:rsidP="00BC079E">
      <w:pPr>
        <w:spacing w:after="0" w:line="240" w:lineRule="auto"/>
        <w:jc w:val="right"/>
        <w:rPr>
          <w:b/>
        </w:rPr>
      </w:pPr>
      <w:proofErr w:type="spellStart"/>
      <w:r>
        <w:rPr>
          <w:b/>
        </w:rPr>
        <w:t>Kolodvorska</w:t>
      </w:r>
      <w:proofErr w:type="spellEnd"/>
      <w:r>
        <w:rPr>
          <w:b/>
        </w:rPr>
        <w:t xml:space="preserve"> 27</w:t>
      </w:r>
    </w:p>
    <w:p w:rsidR="00BC079E" w:rsidRDefault="00BC079E" w:rsidP="00BC079E">
      <w:pPr>
        <w:spacing w:after="0" w:line="240" w:lineRule="auto"/>
        <w:jc w:val="right"/>
        <w:rPr>
          <w:b/>
        </w:rPr>
      </w:pPr>
      <w:proofErr w:type="spellStart"/>
      <w:r>
        <w:rPr>
          <w:b/>
        </w:rPr>
        <w:t>Gradište</w:t>
      </w:r>
      <w:proofErr w:type="spellEnd"/>
      <w:r w:rsidR="00121A7A">
        <w:rPr>
          <w:b/>
        </w:rPr>
        <w:br/>
      </w:r>
      <w:r w:rsidR="00121A7A">
        <w:rPr>
          <w:b/>
        </w:rPr>
        <w:br/>
        <w:t xml:space="preserve">N/r: </w:t>
      </w:r>
      <w:proofErr w:type="spellStart"/>
      <w:r w:rsidR="00121A7A">
        <w:rPr>
          <w:b/>
        </w:rPr>
        <w:t>Suada</w:t>
      </w:r>
      <w:proofErr w:type="spellEnd"/>
      <w:r w:rsidR="00121A7A">
        <w:rPr>
          <w:b/>
        </w:rPr>
        <w:t xml:space="preserve"> </w:t>
      </w:r>
      <w:proofErr w:type="spellStart"/>
      <w:r w:rsidR="00121A7A">
        <w:rPr>
          <w:b/>
        </w:rPr>
        <w:t>Lučić</w:t>
      </w:r>
      <w:proofErr w:type="spellEnd"/>
      <w:r w:rsidR="00121A7A">
        <w:rPr>
          <w:b/>
        </w:rPr>
        <w:t xml:space="preserve">, </w:t>
      </w:r>
      <w:proofErr w:type="spellStart"/>
      <w:r w:rsidR="00121A7A">
        <w:rPr>
          <w:b/>
        </w:rPr>
        <w:t>knjižničarka</w:t>
      </w:r>
      <w:proofErr w:type="spellEnd"/>
      <w:r w:rsidR="00121A7A">
        <w:rPr>
          <w:b/>
        </w:rPr>
        <w:t xml:space="preserve"> </w:t>
      </w:r>
      <w:proofErr w:type="spellStart"/>
      <w:r w:rsidR="00121A7A">
        <w:rPr>
          <w:b/>
        </w:rPr>
        <w:t>Škole</w:t>
      </w:r>
      <w:proofErr w:type="spellEnd"/>
      <w:r w:rsidR="00121A7A">
        <w:rPr>
          <w:b/>
        </w:rPr>
        <w:t xml:space="preserve"> </w:t>
      </w:r>
    </w:p>
    <w:p w:rsidR="00E17B5E" w:rsidRDefault="00121A7A" w:rsidP="00BC079E">
      <w:pPr>
        <w:spacing w:after="0" w:line="240" w:lineRule="auto"/>
        <w:jc w:val="right"/>
      </w:pPr>
      <w:proofErr w:type="gramStart"/>
      <w:r>
        <w:rPr>
          <w:b/>
        </w:rPr>
        <w:t xml:space="preserve">( </w:t>
      </w:r>
      <w:proofErr w:type="spellStart"/>
      <w:r>
        <w:rPr>
          <w:b/>
        </w:rPr>
        <w:t>Povjerenik</w:t>
      </w:r>
      <w:proofErr w:type="spellEnd"/>
      <w:proofErr w:type="gramEnd"/>
      <w:r>
        <w:rPr>
          <w:b/>
        </w:rPr>
        <w:t xml:space="preserve"> za </w:t>
      </w:r>
      <w:proofErr w:type="spellStart"/>
      <w:r>
        <w:rPr>
          <w:b/>
        </w:rPr>
        <w:t>zaštitu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dostojanstva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radnik</w:t>
      </w:r>
      <w:r w:rsidR="00BC079E">
        <w:rPr>
          <w:b/>
        </w:rPr>
        <w:t>a</w:t>
      </w:r>
      <w:proofErr w:type="spellEnd"/>
      <w:r w:rsidR="00BC079E">
        <w:rPr>
          <w:b/>
        </w:rPr>
        <w:t>)</w:t>
      </w:r>
      <w:r>
        <w:rPr>
          <w:b/>
        </w:rPr>
        <w:br/>
      </w:r>
    </w:p>
    <w:p w:rsidR="00E17B5E" w:rsidRDefault="00E17B5E"/>
    <w:p w:rsidR="000A5F03" w:rsidRPr="005D1AEB" w:rsidRDefault="00121A7A" w:rsidP="005D1AEB">
      <w:pPr>
        <w:spacing w:after="360"/>
        <w:jc w:val="center"/>
        <w:rPr>
          <w:b/>
          <w:sz w:val="28"/>
        </w:rPr>
      </w:pPr>
      <w:r>
        <w:rPr>
          <w:b/>
          <w:sz w:val="28"/>
        </w:rPr>
        <w:t>PRITUŽBA ZA ZAŠTITU DOSTOJANSTVA RADNIKA</w:t>
      </w:r>
      <w:bookmarkStart w:id="0" w:name="_GoBack"/>
      <w:bookmarkEnd w:id="0"/>
    </w:p>
    <w:p w:rsidR="00E17B5E" w:rsidRDefault="00121A7A">
      <w:r>
        <w:t>Na temelju odredbi Zakona o radu i internih akata škole, podnosim ovu pritužbu radi povrede dostojanstva radnika, uznemiravanja odnosno diskriminacije.</w:t>
      </w:r>
    </w:p>
    <w:p w:rsidR="00E17B5E" w:rsidRDefault="00121A7A">
      <w:r>
        <w:rPr>
          <w:b/>
        </w:rPr>
        <w:t>1. PODACI O OSOBI KOJA JE IZVRŠILA POVREDU DOSTOJANSTVA:</w:t>
      </w:r>
    </w:p>
    <w:p w:rsidR="00552D97" w:rsidRDefault="00552D97" w:rsidP="00552D97">
      <w:pPr>
        <w:spacing w:after="0" w:line="240" w:lineRule="auto"/>
        <w:rPr>
          <w:i/>
        </w:rPr>
      </w:pPr>
      <w:r>
        <w:rPr>
          <w:i/>
        </w:rPr>
        <w:t>_____________________________________________________________________</w:t>
      </w:r>
    </w:p>
    <w:p w:rsidR="00E17B5E" w:rsidRDefault="00552D97" w:rsidP="00552D97">
      <w:pPr>
        <w:spacing w:after="0" w:line="240" w:lineRule="auto"/>
        <w:rPr>
          <w:i/>
        </w:rPr>
      </w:pPr>
      <w:r>
        <w:rPr>
          <w:i/>
        </w:rPr>
        <w:t xml:space="preserve">       </w:t>
      </w:r>
      <w:proofErr w:type="spellStart"/>
      <w:r w:rsidR="00121A7A">
        <w:rPr>
          <w:i/>
        </w:rPr>
        <w:t>Ime</w:t>
      </w:r>
      <w:proofErr w:type="spellEnd"/>
      <w:r w:rsidR="00121A7A">
        <w:rPr>
          <w:i/>
        </w:rPr>
        <w:t xml:space="preserve">, </w:t>
      </w:r>
      <w:proofErr w:type="spellStart"/>
      <w:r w:rsidR="00121A7A">
        <w:rPr>
          <w:i/>
        </w:rPr>
        <w:t>prezime</w:t>
      </w:r>
      <w:proofErr w:type="spellEnd"/>
      <w:r w:rsidR="00121A7A">
        <w:rPr>
          <w:i/>
        </w:rPr>
        <w:t xml:space="preserve"> </w:t>
      </w:r>
      <w:proofErr w:type="spellStart"/>
      <w:r w:rsidR="00121A7A">
        <w:rPr>
          <w:i/>
        </w:rPr>
        <w:t>i</w:t>
      </w:r>
      <w:proofErr w:type="spellEnd"/>
      <w:r w:rsidR="00121A7A">
        <w:rPr>
          <w:i/>
        </w:rPr>
        <w:t xml:space="preserve"> </w:t>
      </w:r>
      <w:proofErr w:type="spellStart"/>
      <w:r w:rsidR="00121A7A">
        <w:rPr>
          <w:i/>
        </w:rPr>
        <w:t>radno</w:t>
      </w:r>
      <w:proofErr w:type="spellEnd"/>
      <w:r w:rsidR="00121A7A">
        <w:rPr>
          <w:i/>
        </w:rPr>
        <w:t xml:space="preserve"> </w:t>
      </w:r>
      <w:proofErr w:type="spellStart"/>
      <w:r w:rsidR="00121A7A">
        <w:rPr>
          <w:i/>
        </w:rPr>
        <w:t>mjesto</w:t>
      </w:r>
      <w:proofErr w:type="spellEnd"/>
      <w:r w:rsidR="00121A7A">
        <w:rPr>
          <w:i/>
        </w:rPr>
        <w:t>/</w:t>
      </w:r>
      <w:proofErr w:type="spellStart"/>
      <w:r w:rsidR="00121A7A">
        <w:rPr>
          <w:i/>
        </w:rPr>
        <w:t>funkcija</w:t>
      </w:r>
      <w:proofErr w:type="spellEnd"/>
      <w:r w:rsidR="00121A7A">
        <w:rPr>
          <w:i/>
        </w:rPr>
        <w:t xml:space="preserve"> </w:t>
      </w:r>
      <w:proofErr w:type="spellStart"/>
      <w:r w:rsidR="00121A7A">
        <w:rPr>
          <w:i/>
        </w:rPr>
        <w:t>osobe</w:t>
      </w:r>
      <w:proofErr w:type="spellEnd"/>
      <w:r w:rsidR="00121A7A">
        <w:rPr>
          <w:i/>
        </w:rPr>
        <w:t xml:space="preserve"> </w:t>
      </w:r>
      <w:proofErr w:type="spellStart"/>
      <w:r w:rsidR="00121A7A">
        <w:rPr>
          <w:i/>
        </w:rPr>
        <w:t>na</w:t>
      </w:r>
      <w:proofErr w:type="spellEnd"/>
      <w:r w:rsidR="00121A7A">
        <w:rPr>
          <w:i/>
        </w:rPr>
        <w:t xml:space="preserve"> </w:t>
      </w:r>
      <w:proofErr w:type="spellStart"/>
      <w:r w:rsidR="00121A7A">
        <w:rPr>
          <w:i/>
        </w:rPr>
        <w:t>koju</w:t>
      </w:r>
      <w:proofErr w:type="spellEnd"/>
      <w:r w:rsidR="00121A7A">
        <w:rPr>
          <w:i/>
        </w:rPr>
        <w:t xml:space="preserve"> se </w:t>
      </w:r>
      <w:proofErr w:type="spellStart"/>
      <w:r w:rsidR="00121A7A">
        <w:rPr>
          <w:i/>
        </w:rPr>
        <w:t>pritužba</w:t>
      </w:r>
      <w:proofErr w:type="spellEnd"/>
      <w:r w:rsidR="00121A7A">
        <w:rPr>
          <w:i/>
        </w:rPr>
        <w:t xml:space="preserve"> </w:t>
      </w:r>
      <w:proofErr w:type="spellStart"/>
      <w:r w:rsidR="00121A7A">
        <w:rPr>
          <w:i/>
        </w:rPr>
        <w:t>odnosi</w:t>
      </w:r>
      <w:proofErr w:type="spellEnd"/>
    </w:p>
    <w:p w:rsidR="00552D97" w:rsidRDefault="00552D97" w:rsidP="00552D97">
      <w:pPr>
        <w:spacing w:after="0" w:line="240" w:lineRule="auto"/>
      </w:pPr>
    </w:p>
    <w:p w:rsidR="00E17B5E" w:rsidRDefault="00121A7A">
      <w:pPr>
        <w:rPr>
          <w:b/>
        </w:rPr>
      </w:pPr>
      <w:r>
        <w:rPr>
          <w:b/>
        </w:rPr>
        <w:t>2. DETALJAN OPIS DOGAĐAJA I KRONOLOGIJA:</w:t>
      </w:r>
    </w:p>
    <w:p w:rsidR="00552D97" w:rsidRDefault="00552D97" w:rsidP="00552D97">
      <w:pPr>
        <w:rPr>
          <w:b/>
        </w:rPr>
      </w:pPr>
      <w:r>
        <w:t>(</w:t>
      </w:r>
      <w:proofErr w:type="spellStart"/>
      <w:r>
        <w:t>Detaljno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kronološki</w:t>
      </w:r>
      <w:proofErr w:type="spellEnd"/>
      <w:r>
        <w:t xml:space="preserve"> </w:t>
      </w:r>
      <w:proofErr w:type="spellStart"/>
      <w:r>
        <w:t>opišite</w:t>
      </w:r>
      <w:proofErr w:type="spellEnd"/>
      <w:r>
        <w:t xml:space="preserve"> </w:t>
      </w:r>
      <w:proofErr w:type="spellStart"/>
      <w:r>
        <w:t>neželjeno</w:t>
      </w:r>
      <w:proofErr w:type="spellEnd"/>
      <w:r>
        <w:t xml:space="preserve"> </w:t>
      </w:r>
      <w:proofErr w:type="spellStart"/>
      <w:r>
        <w:t>ponašanje</w:t>
      </w:r>
      <w:proofErr w:type="spellEnd"/>
      <w:r>
        <w:t xml:space="preserve">, </w:t>
      </w:r>
      <w:proofErr w:type="spellStart"/>
      <w:r>
        <w:t>uznemiravanje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. </w:t>
      </w:r>
      <w:proofErr w:type="spellStart"/>
      <w:r>
        <w:t>Navedite</w:t>
      </w:r>
      <w:proofErr w:type="spellEnd"/>
      <w:r>
        <w:t xml:space="preserve"> </w:t>
      </w:r>
      <w:proofErr w:type="spellStart"/>
      <w:r>
        <w:t>točna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, </w:t>
      </w:r>
      <w:proofErr w:type="spellStart"/>
      <w:r>
        <w:t>datume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približno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događaji</w:t>
      </w:r>
      <w:proofErr w:type="spellEnd"/>
      <w:r>
        <w:t xml:space="preserve"> </w:t>
      </w:r>
      <w:proofErr w:type="spellStart"/>
      <w:r>
        <w:t>odvili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opišite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je </w:t>
      </w:r>
      <w:proofErr w:type="spellStart"/>
      <w:r>
        <w:t>način</w:t>
      </w:r>
      <w:proofErr w:type="spellEnd"/>
      <w:r>
        <w:t xml:space="preserve"> to </w:t>
      </w:r>
      <w:proofErr w:type="spellStart"/>
      <w:r>
        <w:t>utjecalo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Vaše</w:t>
      </w:r>
      <w:proofErr w:type="spellEnd"/>
      <w:r>
        <w:t xml:space="preserve"> </w:t>
      </w:r>
      <w:proofErr w:type="spellStart"/>
      <w:r>
        <w:t>dostojanstvo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okruženje</w:t>
      </w:r>
      <w:proofErr w:type="spellEnd"/>
      <w:r>
        <w:t>.)</w:t>
      </w:r>
      <w:r>
        <w:br/>
      </w:r>
    </w:p>
    <w:p w:rsidR="00E17B5E" w:rsidRPr="00552D97" w:rsidRDefault="00552D97" w:rsidP="00552D97">
      <w:pPr>
        <w:spacing w:line="480" w:lineRule="auto"/>
        <w:rPr>
          <w:b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17B5E" w:rsidRDefault="00121A7A">
      <w:r>
        <w:rPr>
          <w:b/>
        </w:rPr>
        <w:t>3. DOKAZI I SVJEDOCI:</w:t>
      </w:r>
    </w:p>
    <w:p w:rsidR="00552D97" w:rsidRDefault="00121A7A" w:rsidP="00552D97">
      <w:r>
        <w:t xml:space="preserve">Za iznesene tvrdnje predlažem sljedeće </w:t>
      </w:r>
      <w:proofErr w:type="spellStart"/>
      <w:r>
        <w:t>dokaze</w:t>
      </w:r>
      <w:proofErr w:type="spellEnd"/>
      <w:r>
        <w:t>:</w:t>
      </w:r>
      <w:r>
        <w:br/>
        <w:t>•</w:t>
      </w:r>
      <w:r w:rsidRPr="00552D97">
        <w:rPr>
          <w:u w:val="single"/>
        </w:rPr>
        <w:t xml:space="preserve"> </w:t>
      </w:r>
      <w:proofErr w:type="spellStart"/>
      <w:r w:rsidRPr="00552D97">
        <w:rPr>
          <w:u w:val="single"/>
        </w:rPr>
        <w:t>Svjedoci</w:t>
      </w:r>
      <w:proofErr w:type="spellEnd"/>
      <w:r>
        <w:t xml:space="preserve"> </w:t>
      </w:r>
    </w:p>
    <w:p w:rsidR="00E34AF6" w:rsidRDefault="00552D97" w:rsidP="00552D97">
      <w:pPr>
        <w:spacing w:after="0" w:line="360" w:lineRule="auto"/>
      </w:pPr>
      <w:r>
        <w:t xml:space="preserve">  </w:t>
      </w:r>
      <w:proofErr w:type="spellStart"/>
      <w:r w:rsidR="00121A7A">
        <w:t>Ime</w:t>
      </w:r>
      <w:proofErr w:type="spellEnd"/>
      <w:r w:rsidR="00121A7A">
        <w:t xml:space="preserve"> </w:t>
      </w:r>
      <w:proofErr w:type="spellStart"/>
      <w:r w:rsidR="00121A7A">
        <w:t>i</w:t>
      </w:r>
      <w:proofErr w:type="spellEnd"/>
      <w:r w:rsidR="00121A7A">
        <w:t xml:space="preserve"> </w:t>
      </w:r>
      <w:proofErr w:type="spellStart"/>
      <w:r w:rsidR="00121A7A">
        <w:t>prezime</w:t>
      </w:r>
      <w:proofErr w:type="spellEnd"/>
      <w:r w:rsidR="00121A7A">
        <w:t xml:space="preserve"> </w:t>
      </w:r>
      <w:proofErr w:type="spellStart"/>
      <w:r w:rsidR="00121A7A">
        <w:t>kolega</w:t>
      </w:r>
      <w:proofErr w:type="spellEnd"/>
      <w:r w:rsidR="00121A7A">
        <w:t xml:space="preserve"> ili </w:t>
      </w:r>
      <w:proofErr w:type="spellStart"/>
      <w:r w:rsidR="00121A7A">
        <w:t>drugih</w:t>
      </w:r>
      <w:proofErr w:type="spellEnd"/>
      <w:r w:rsidR="00121A7A">
        <w:t xml:space="preserve"> </w:t>
      </w:r>
      <w:proofErr w:type="spellStart"/>
      <w:r w:rsidR="00121A7A">
        <w:t>osoba</w:t>
      </w:r>
      <w:proofErr w:type="spellEnd"/>
      <w:r w:rsidR="00121A7A">
        <w:t xml:space="preserve"> </w:t>
      </w:r>
      <w:proofErr w:type="spellStart"/>
      <w:r w:rsidR="00121A7A">
        <w:t>prisutnih</w:t>
      </w:r>
      <w:proofErr w:type="spellEnd"/>
      <w:r w:rsidR="00121A7A">
        <w:t xml:space="preserve"> </w:t>
      </w:r>
      <w:proofErr w:type="spellStart"/>
      <w:r w:rsidR="00121A7A">
        <w:t>događaju</w:t>
      </w:r>
      <w:proofErr w:type="spellEnd"/>
      <w:r w:rsidR="00121A7A">
        <w:t>:</w:t>
      </w:r>
      <w:r w:rsidR="00121A7A">
        <w:br/>
        <w:t xml:space="preserve">  1. </w:t>
      </w:r>
      <w:r>
        <w:t>___________________________________________</w:t>
      </w:r>
      <w:r w:rsidR="00121A7A">
        <w:br/>
        <w:t xml:space="preserve">  2. </w:t>
      </w:r>
      <w:r>
        <w:t>___________________________________________</w:t>
      </w:r>
      <w:r w:rsidR="00121A7A">
        <w:br/>
        <w:t xml:space="preserve">• </w:t>
      </w:r>
      <w:proofErr w:type="spellStart"/>
      <w:r w:rsidR="00121A7A" w:rsidRPr="00552D97">
        <w:rPr>
          <w:u w:val="single"/>
        </w:rPr>
        <w:t>Materijalni</w:t>
      </w:r>
      <w:proofErr w:type="spellEnd"/>
      <w:r w:rsidR="00121A7A" w:rsidRPr="00552D97">
        <w:rPr>
          <w:u w:val="single"/>
        </w:rPr>
        <w:t xml:space="preserve"> </w:t>
      </w:r>
      <w:proofErr w:type="spellStart"/>
      <w:r w:rsidR="00121A7A" w:rsidRPr="00552D97">
        <w:rPr>
          <w:u w:val="single"/>
        </w:rPr>
        <w:t>dokazi</w:t>
      </w:r>
      <w:proofErr w:type="spellEnd"/>
      <w:r w:rsidR="00121A7A">
        <w:t xml:space="preserve"> (e-mailovi, pisane poruke, službene bilješke i dr.):</w:t>
      </w:r>
      <w:r w:rsidR="00121A7A">
        <w:br/>
        <w:t xml:space="preserve">  </w:t>
      </w:r>
      <w:proofErr w:type="spellStart"/>
      <w:r w:rsidR="00E34AF6">
        <w:t>Opis</w:t>
      </w:r>
      <w:proofErr w:type="spellEnd"/>
      <w:r w:rsidR="00E34AF6">
        <w:t xml:space="preserve"> </w:t>
      </w:r>
      <w:proofErr w:type="spellStart"/>
      <w:r w:rsidR="00E34AF6">
        <w:t>dokumenta</w:t>
      </w:r>
      <w:proofErr w:type="spellEnd"/>
      <w:r w:rsidR="00E34AF6">
        <w:t>/</w:t>
      </w:r>
      <w:proofErr w:type="spellStart"/>
      <w:r w:rsidR="00E34AF6">
        <w:t>dokaza</w:t>
      </w:r>
      <w:proofErr w:type="spellEnd"/>
      <w:r w:rsidR="00E34AF6">
        <w:t>:</w:t>
      </w:r>
    </w:p>
    <w:p w:rsidR="00E17B5E" w:rsidRDefault="00E34AF6" w:rsidP="00552D97">
      <w:pPr>
        <w:spacing w:after="0" w:line="360" w:lineRule="auto"/>
      </w:pPr>
      <w:r>
        <w:t xml:space="preserve">  </w:t>
      </w:r>
      <w:r w:rsidR="00121A7A">
        <w:t xml:space="preserve">1. </w:t>
      </w:r>
      <w:r>
        <w:t>_________________________________________________________________</w:t>
      </w:r>
      <w:r w:rsidR="00121A7A">
        <w:br/>
        <w:t xml:space="preserve">  2. </w:t>
      </w:r>
      <w:r>
        <w:t>_________________________________________________________________</w:t>
      </w:r>
      <w:r w:rsidR="00121A7A">
        <w:br/>
        <w:t>• Ostala dokumentacija (npr. medicinska dokumentacija o posljedicama stresa, ako postoji):</w:t>
      </w:r>
      <w:r w:rsidR="00121A7A">
        <w:br/>
        <w:t xml:space="preserve">  -</w:t>
      </w:r>
      <w:r>
        <w:t>_______________________________________________________________________</w:t>
      </w:r>
    </w:p>
    <w:p w:rsidR="00E34AF6" w:rsidRDefault="00E34AF6" w:rsidP="00552D97">
      <w:pPr>
        <w:spacing w:after="0" w:line="360" w:lineRule="auto"/>
      </w:pPr>
      <w:r>
        <w:t xml:space="preserve">  - _______________________________________________________________________</w:t>
      </w:r>
    </w:p>
    <w:p w:rsidR="005D1AEB" w:rsidRDefault="005D1AEB" w:rsidP="00552D97">
      <w:pPr>
        <w:spacing w:after="0" w:line="360" w:lineRule="auto"/>
      </w:pPr>
    </w:p>
    <w:p w:rsidR="00E17B5E" w:rsidRDefault="00121A7A">
      <w:r>
        <w:rPr>
          <w:b/>
        </w:rPr>
        <w:t>4. ZAHTJEV POSLODAVCU / POVJERENIKU:</w:t>
      </w:r>
    </w:p>
    <w:p w:rsidR="00E17B5E" w:rsidRDefault="00121A7A">
      <w:r>
        <w:t>Sukladno zakonskim obvezama, zahtijevam da se ova pritužba hitno ispita u zakonskom roku od najkasnije osam (8) dana od dana dostave pritužbe, da se provede postupak mirenja ili saslušanja te da se poduzmu sve zakonske i disciplinske mjere potrebne za sprječavanje daljnjeg uznemiravanja i zaštitu mojeg dostojanstva na radnom mjestu.</w:t>
      </w:r>
    </w:p>
    <w:p w:rsidR="00E17B5E" w:rsidRDefault="00121A7A">
      <w:pPr>
        <w:spacing w:before="720"/>
      </w:pPr>
      <w:r>
        <w:t xml:space="preserve">U </w:t>
      </w:r>
      <w:r w:rsidR="005D1AEB">
        <w:t>____________________</w:t>
      </w:r>
      <w:r>
        <w:t xml:space="preserve">, dana </w:t>
      </w:r>
      <w:r w:rsidR="005D1AEB">
        <w:t>________________</w:t>
      </w:r>
      <w:r>
        <w:t xml:space="preserve"> 20___. </w:t>
      </w:r>
      <w:proofErr w:type="spellStart"/>
      <w:r>
        <w:t>godine</w:t>
      </w:r>
      <w:proofErr w:type="spellEnd"/>
      <w:r>
        <w:t>.</w:t>
      </w:r>
    </w:p>
    <w:p w:rsidR="005D1AEB" w:rsidRDefault="005D1AEB">
      <w:pPr>
        <w:spacing w:before="720"/>
      </w:pPr>
    </w:p>
    <w:p w:rsidR="00E17B5E" w:rsidRDefault="00121A7A" w:rsidP="005D1AEB">
      <w:pPr>
        <w:spacing w:before="360" w:after="0" w:line="240" w:lineRule="auto"/>
        <w:jc w:val="right"/>
      </w:pPr>
      <w:r>
        <w:t>_______________________________</w:t>
      </w:r>
      <w:r w:rsidR="005D1AEB">
        <w:t xml:space="preserve">                                                                       </w:t>
      </w:r>
      <w:proofErr w:type="gramStart"/>
      <w:r w:rsidR="005D1AEB">
        <w:t xml:space="preserve">   </w:t>
      </w:r>
      <w:r>
        <w:t>(</w:t>
      </w:r>
      <w:proofErr w:type="spellStart"/>
      <w:proofErr w:type="gramEnd"/>
      <w:r>
        <w:t>Vlastoručni</w:t>
      </w:r>
      <w:proofErr w:type="spellEnd"/>
      <w:r>
        <w:t xml:space="preserve">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radnika</w:t>
      </w:r>
      <w:proofErr w:type="spellEnd"/>
      <w:r>
        <w:t>)</w:t>
      </w:r>
    </w:p>
    <w:sectPr w:rsidR="00E17B5E" w:rsidSect="005D1AEB">
      <w:pgSz w:w="12240" w:h="15840"/>
      <w:pgMar w:top="993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5F03"/>
    <w:rsid w:val="00121A7A"/>
    <w:rsid w:val="0015074B"/>
    <w:rsid w:val="0029639D"/>
    <w:rsid w:val="00326F90"/>
    <w:rsid w:val="00552D97"/>
    <w:rsid w:val="005D1AEB"/>
    <w:rsid w:val="009744F4"/>
    <w:rsid w:val="00AA1D8D"/>
    <w:rsid w:val="00B47730"/>
    <w:rsid w:val="00BC079E"/>
    <w:rsid w:val="00CB0664"/>
    <w:rsid w:val="00E17B5E"/>
    <w:rsid w:val="00E34A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6C9860"/>
  <w14:defaultImageDpi w14:val="300"/>
  <w15:docId w15:val="{E148AF23-0160-499E-BE9A-156CE64D8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5E354A3-9131-4448-B4A0-DEF8CEBBB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537</Words>
  <Characters>3061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Ivana</cp:lastModifiedBy>
  <cp:revision>5</cp:revision>
  <dcterms:created xsi:type="dcterms:W3CDTF">2026-10-15T08:35:00Z</dcterms:created>
  <dcterms:modified xsi:type="dcterms:W3CDTF">2026-10-15T09:03:00Z</dcterms:modified>
  <cp:category/>
</cp:coreProperties>
</file>